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sz w:val="30"/>
        </w:rPr>
        <w:t>SELBY LIVESTOCK AUCTION MART</w:t>
      </w:r>
    </w:p>
    <w:p>
      <w:pPr>
        <w:spacing w:after="40"/>
        <w:jc w:val="center"/>
      </w:pPr>
      <w:r>
        <w:rPr>
          <w:rFonts w:ascii="Arial" w:hAnsi="Arial"/>
          <w:b/>
          <w:sz w:val="24"/>
        </w:rPr>
        <w:t>CHRISTMAS FATSTOCK SHOWS 2026 — ENTRY FORM</w:t>
      </w:r>
    </w:p>
    <w:p>
      <w:pPr>
        <w:spacing w:after="80"/>
        <w:jc w:val="center"/>
      </w:pPr>
      <w:r>
        <w:rPr>
          <w:b/>
          <w:sz w:val="18"/>
        </w:rPr>
        <w:t>PRIME CATTLE SHOW: Tuesday 24 November — judging at 5.30pm</w:t>
        <w:br/>
        <w:t>Bulls and Best Cow Show: Wednesday 25 November — 9.30am</w:t>
        <w:br/>
        <w:t>PRIME PIGS &amp; PRIME SHEEP SHOW: Wednesday 9 December — judging at 8.30am</w:t>
      </w:r>
    </w:p>
    <w:p>
      <w:pPr>
        <w:spacing w:before="100" w:after="40"/>
      </w:pPr>
      <w:r>
        <w:rPr>
          <w:rFonts w:ascii="Arial" w:hAnsi="Arial"/>
          <w:b/>
          <w:sz w:val="20"/>
        </w:rPr>
        <w:t>EXHIBITOR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Name: __________________________________________</w:t>
            </w:r>
          </w:p>
        </w:tc>
        <w:tc>
          <w:tcPr>
            <w:tcW w:type="dxa" w:w="51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Market Account No: _______________________</w:t>
            </w:r>
          </w:p>
        </w:tc>
      </w:tr>
      <w:tr>
        <w:tc>
          <w:tcPr>
            <w:tcW w:type="dxa" w:w="51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Address: ________________________________________</w:t>
            </w:r>
          </w:p>
        </w:tc>
        <w:tc>
          <w:tcPr>
            <w:tcW w:type="dxa" w:w="51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Telephone No: 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_________________________________________________</w:t>
            </w:r>
          </w:p>
        </w:tc>
        <w:tc>
          <w:tcPr>
            <w:tcW w:type="dxa" w:w="51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Email (optional): __________________________</w:t>
            </w:r>
          </w:p>
        </w:tc>
      </w:tr>
    </w:tbl>
    <w:p>
      <w:pPr>
        <w:spacing w:before="100" w:after="40"/>
      </w:pPr>
      <w:r>
        <w:rPr>
          <w:rFonts w:ascii="Arial" w:hAnsi="Arial"/>
          <w:b/>
          <w:sz w:val="20"/>
        </w:rPr>
        <w:t>CATTLE CLASSES — to be penned by 5pm Tuesday 24 November / 9am Wednesday 25 November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Class</w:t>
            </w:r>
          </w:p>
        </w:tc>
        <w:tc>
          <w:tcPr>
            <w:tcW w:type="dxa" w:w="25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Class description</w:t>
            </w:r>
          </w:p>
        </w:tc>
        <w:tc>
          <w:tcPr>
            <w:tcW w:type="dxa" w:w="25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No. entered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Heifer up to 550kg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Heifer 555kg and over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Steer up to 550kg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Steer 555kg and over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Native Steer or Heifer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Continental Bull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7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Non-continental Bull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Cow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</w:tbl>
    <w:p>
      <w:pPr>
        <w:spacing w:before="100" w:after="40"/>
      </w:pPr>
      <w:r>
        <w:rPr>
          <w:rFonts w:ascii="Arial" w:hAnsi="Arial"/>
          <w:b/>
          <w:sz w:val="20"/>
        </w:rPr>
        <w:t>SHEEP CLASSES — pen by 9am Wednesday 9 December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Class</w:t>
            </w:r>
          </w:p>
        </w:tc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Class description</w:t>
            </w:r>
          </w:p>
        </w:tc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No. of pens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9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pen of 2 Lambs up to 42kg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10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pen of 2 Lambs 42.5kg and over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11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pen of Ewes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</w:tbl>
    <w:p>
      <w:pPr>
        <w:spacing w:after="40"/>
      </w:pPr>
      <w:r>
        <w:rPr>
          <w:b/>
          <w:sz w:val="16"/>
        </w:rPr>
        <w:t>Champion Pen: Chris Clubley &amp; Co. Perpetual Challenge Trophy</w:t>
      </w:r>
    </w:p>
    <w:p>
      <w:pPr>
        <w:spacing w:before="100" w:after="40"/>
      </w:pPr>
      <w:r>
        <w:rPr>
          <w:rFonts w:ascii="Arial" w:hAnsi="Arial"/>
          <w:b/>
          <w:sz w:val="20"/>
        </w:rPr>
        <w:t>PIG CLASSES — pen by 8am Wednesday 9 December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Class</w:t>
            </w:r>
          </w:p>
        </w:tc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Class description</w:t>
            </w:r>
          </w:p>
        </w:tc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6"/>
              </w:rPr>
              <w:t>No. of pens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12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pen of 4 porkers up to 80kg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13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pen of 4 cutters from 81kg–90kg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14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pen of 4 baconers over 91kg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15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Best sow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_____</w:t>
            </w:r>
          </w:p>
        </w:tc>
      </w:tr>
    </w:tbl>
    <w:p>
      <w:pPr>
        <w:spacing w:after="40"/>
      </w:pPr>
      <w:r>
        <w:rPr>
          <w:b/>
          <w:sz w:val="16"/>
        </w:rPr>
        <w:t>Champion Pen: Bartle &amp; Son Perpetual Challenge Trophy</w:t>
      </w:r>
    </w:p>
    <w:p>
      <w:pPr>
        <w:spacing w:before="100" w:after="40"/>
      </w:pPr>
      <w:r>
        <w:rPr>
          <w:rFonts w:ascii="Arial" w:hAnsi="Arial"/>
          <w:b/>
          <w:sz w:val="20"/>
        </w:rPr>
        <w:t>ENTRY FEES</w:t>
      </w:r>
    </w:p>
    <w:p>
      <w:pPr>
        <w:spacing w:after="40"/>
      </w:pPr>
      <w:r>
        <w:t>Total number of cattle entered: ______  × £2 = £________</w:t>
        <w:br/>
      </w:r>
      <w:r>
        <w:t>Total number of sheep/pig pens entered: ______  × £2 = £________</w:t>
        <w:br/>
      </w:r>
      <w:r>
        <w:t>TOTAL ENTRY FEE: £________________</w:t>
      </w:r>
      <w:r>
        <w:br/>
        <w:t>Entry fees to be donated to Yorkshire Air Ambulance &amp; Farm Safety Foundation.</w:t>
      </w:r>
    </w:p>
    <w:p>
      <w:pPr>
        <w:spacing w:after="40"/>
      </w:pPr>
      <w:r>
        <w:t>I agree to abide by the rules and regulations printed on this form.</w:t>
        <w:br/>
      </w:r>
      <w:r>
        <w:t>Signature: __________________________________________   Date: __________________</w:t>
      </w:r>
      <w:r>
        <w:br/>
        <w:t>Please note latest penning times on the schedule. Entries must be received 7 days before the show day and accompanied by the correct fee of £2 per beast or per pen of sheep or pigs.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/>
          <w:b/>
          <w:sz w:val="24"/>
        </w:rPr>
        <w:t>CHRISTMAS SHOW TROPHIES</w:t>
      </w:r>
    </w:p>
    <w:p>
      <w:pPr>
        <w:pStyle w:val="ListBullet"/>
        <w:spacing w:after="20"/>
      </w:pPr>
      <w:r>
        <w:t>Champion Beast — Mack &amp; Lawler Group Perpetual Challenge Rose Bowl Trophy</w:t>
      </w:r>
    </w:p>
    <w:p>
      <w:pPr>
        <w:pStyle w:val="ListBullet"/>
        <w:spacing w:after="20"/>
      </w:pPr>
      <w:r>
        <w:t>Reserve Champion Beast — E B Peace Perpetual Challenge Trophy</w:t>
      </w:r>
    </w:p>
    <w:p>
      <w:pPr>
        <w:pStyle w:val="ListBullet"/>
        <w:spacing w:after="20"/>
      </w:pPr>
      <w:r>
        <w:t>Heifer Champion — L S Chantry Perpetual Challenge Trophy</w:t>
      </w:r>
    </w:p>
    <w:p>
      <w:pPr>
        <w:pStyle w:val="ListBullet"/>
        <w:spacing w:after="20"/>
      </w:pPr>
      <w:r>
        <w:t>Young Bull Champion — Neville E Townend Perpetual Challenge Trophy</w:t>
      </w:r>
    </w:p>
    <w:p>
      <w:pPr>
        <w:pStyle w:val="ListBullet"/>
        <w:spacing w:after="20"/>
      </w:pPr>
      <w:r>
        <w:t>Champion Pen Sheep — Chris Clubley &amp; Co. Perpetual Challenge Trophy</w:t>
      </w:r>
    </w:p>
    <w:p>
      <w:pPr>
        <w:pStyle w:val="ListBullet"/>
        <w:spacing w:after="20"/>
      </w:pPr>
      <w:r>
        <w:t>Champion Pen Pigs — Bartle &amp; Son Perpetual Challenge Trophy</w:t>
      </w:r>
    </w:p>
    <w:p>
      <w:pPr>
        <w:spacing w:after="40"/>
        <w:jc w:val="center"/>
      </w:pPr>
      <w:r>
        <w:rPr>
          <w:rFonts w:ascii="Arial" w:hAnsi="Arial"/>
          <w:b/>
          <w:sz w:val="24"/>
        </w:rPr>
        <w:t>CHRISTMAS SHOW &amp; SALE 2026</w:t>
      </w:r>
    </w:p>
    <w:p>
      <w:pPr>
        <w:spacing w:after="40"/>
        <w:jc w:val="center"/>
      </w:pPr>
      <w:r>
        <w:rPr>
          <w:rFonts w:ascii="Arial" w:hAnsi="Arial"/>
          <w:b/>
          <w:sz w:val="22"/>
        </w:rPr>
        <w:t>RULES &amp; REGULATIONS</w:t>
      </w:r>
    </w:p>
    <w:p>
      <w:pPr>
        <w:spacing w:after="80"/>
        <w:ind w:left="259" w:hanging="259"/>
      </w:pPr>
      <w:r>
        <w:rPr>
          <w:sz w:val="18"/>
        </w:rPr>
        <w:t>1. Stock must be entered 7 days prior to the Show to ensure acceptance.</w:t>
      </w:r>
    </w:p>
    <w:p>
      <w:pPr>
        <w:spacing w:after="80"/>
        <w:ind w:left="259" w:hanging="259"/>
      </w:pPr>
      <w:r>
        <w:rPr>
          <w:sz w:val="18"/>
        </w:rPr>
        <w:t>2. Only stock entered on this form will be eligible and must be penned by the times stated.</w:t>
      </w:r>
    </w:p>
    <w:p>
      <w:pPr>
        <w:spacing w:after="80"/>
        <w:ind w:left="259" w:hanging="259"/>
      </w:pPr>
      <w:r>
        <w:rPr>
          <w:sz w:val="18"/>
        </w:rPr>
        <w:t>3. Exhibitors must be bona fide owners and genuine regular customers and must have sold on five or more Wednesdays throughout 2025.</w:t>
      </w:r>
    </w:p>
    <w:p>
      <w:pPr>
        <w:spacing w:after="80"/>
        <w:ind w:left="259" w:hanging="259"/>
      </w:pPr>
      <w:r>
        <w:rPr>
          <w:sz w:val="18"/>
        </w:rPr>
        <w:t>4. All stock entered for competition must have been fed by and be the bona fide property of the exhibitor.</w:t>
      </w:r>
    </w:p>
    <w:p>
      <w:pPr>
        <w:spacing w:after="80"/>
        <w:ind w:left="259" w:hanging="259"/>
      </w:pPr>
      <w:r>
        <w:rPr>
          <w:sz w:val="18"/>
        </w:rPr>
        <w:t>5. All stock awarded prizes by the judges must be sold by auction to a bona fide buyer at this sale.</w:t>
      </w:r>
    </w:p>
    <w:p>
      <w:pPr>
        <w:spacing w:after="80"/>
        <w:ind w:left="259" w:hanging="259"/>
      </w:pPr>
      <w:r>
        <w:rPr>
          <w:sz w:val="18"/>
        </w:rPr>
        <w:t>6. Stock which have won or been placed at other Christmas Fatstock Shows will be disqualified.</w:t>
      </w:r>
    </w:p>
    <w:p>
      <w:pPr>
        <w:spacing w:after="80"/>
        <w:ind w:left="259" w:hanging="259"/>
      </w:pPr>
      <w:r>
        <w:rPr>
          <w:sz w:val="18"/>
        </w:rPr>
        <w:t>7. With regard to prizes, the award and decision of the judges shall be final. In any other case or dispute, the directors’ decision shall be final and binding.</w:t>
      </w:r>
    </w:p>
    <w:p>
      <w:pPr>
        <w:spacing w:after="80"/>
        <w:ind w:left="259" w:hanging="259"/>
      </w:pPr>
      <w:r>
        <w:rPr>
          <w:sz w:val="18"/>
        </w:rPr>
        <w:t>8. Stock will be sold under the usual conditions of sale in operation at this market, which are posted and may be read.</w:t>
      </w:r>
    </w:p>
    <w:p>
      <w:pPr>
        <w:spacing w:after="80"/>
        <w:ind w:left="259" w:hanging="259"/>
      </w:pPr>
      <w:r>
        <w:rPr>
          <w:sz w:val="18"/>
        </w:rPr>
        <w:t>9. If there are only 2 entries in any class, the Auctioneers reserve the right to cancel the class and return the entry money.</w:t>
      </w:r>
    </w:p>
    <w:p>
      <w:pPr>
        <w:spacing w:after="80"/>
        <w:ind w:left="259" w:hanging="259"/>
      </w:pPr>
      <w:r>
        <w:rPr>
          <w:sz w:val="18"/>
        </w:rPr>
        <w:t>10. All stock entered are to be sold under Slaughter Market Rules and Regulations.</w:t>
      </w:r>
    </w:p>
    <w:p>
      <w:pPr>
        <w:spacing w:before="200"/>
        <w:jc w:val="center"/>
      </w:pPr>
      <w:r>
        <w:rPr>
          <w:b/>
          <w:sz w:val="18"/>
        </w:rPr>
        <w:t>Please return completed entry forms and fees to Selby Livestock Auction Mart.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Selby Christmas Fatstock Show 2026 Entry Form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